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บริษัท โนวา เทอร์ร่า เอ็นเตอรส์ไพรส์ โฮลดิ้งส์ จำกัด</w:t>
      </w:r>
    </w:p>
    <w:p>
      <w:pPr>
        <w:jc w:val="center"/>
      </w:pPr>
      <w:r>
        <w:rPr>
          <w:sz w:val="22"/>
        </w:rPr>
        <w:t>สำนักงานแห่งใหญ่: เลขที่ 99/32 หมู่ที่ 1 ตำบลท่าอิฐ อำเภอปากเกร็ด จังหวัดนนทบุรี</w:t>
      </w:r>
    </w:p>
    <w:p/>
    <w:p>
      <w:pPr>
        <w:jc w:val="center"/>
      </w:pPr>
      <w:r>
        <w:rPr>
          <w:b/>
          <w:sz w:val="28"/>
        </w:rPr>
        <w:t>ประกาศรับสมัครงาน</w:t>
      </w:r>
    </w:p>
    <w:p>
      <w:r>
        <w:t>บริษัท โนวา เทอร์ร่า เอ็นเตอรส์ไพรส์ โฮลดิ้งส์ จำกัด กำลังเปิดรับสมัครงานบุคลากรที่มีความสามารถและพร้อมเติบโตไปกับเราในหลายตำแหน่ง ดังรายละเอียดต่อไปนี้ค่ะ:</w:t>
        <w:br/>
      </w:r>
    </w:p>
    <w:p>
      <w:pPr>
        <w:pStyle w:val="Heading2"/>
      </w:pPr>
      <w:r>
        <w:t>1. ตำแหน่ง วิศวกรควบคุมไซด์งาน (Site Engineer) - สามารถสื่อสารภาษาจีนได้</w:t>
      </w:r>
    </w:p>
    <w:p>
      <w:r>
        <w:t>• จำนวนที่รับ: 5 ตำแหน่ง</w:t>
        <w:br/>
        <w:t>• ลักษณะการทำงาน: ควบคุมและบริหารจัดการหน้างาน/ไซด์งานก่อสร้างหรือโครงการต่างๆ ของบริษัท พร้อมทั้งสามารถสื่อสารภาษาจีนในการประสานงานหรือปฏิบัติงานที่เกี่ยวข้องได้</w:t>
        <w:br/>
        <w:t>• คุณสมบัติผู้สมัคร: จบการศึกษาระดับปริญญาตรี สาขาวิศวกรรมศาสตร์, มีใบอนุญาตประกอบวิชาชีพวิศวกรควบคุม (กว.), มีประสบการณ์ทำงานในสายงานที่เกี่ยวข้องอย่างน้อย 3 ปี และสามารถสื่อสารภาษาจีนได้ดี</w:t>
        <w:br/>
        <w:t>• อัตราเงินเดือน: เริ่มต้นขั้นต่ำ 35,000 บาทขึ้นไป (ขึ้นอยู่กับประสบการณ์และความสามารถ)</w:t>
      </w:r>
    </w:p>
    <w:p>
      <w:pPr>
        <w:pStyle w:val="Heading2"/>
      </w:pPr>
      <w:r>
        <w:t>2. ตำแหน่ง ช่างฝีมือ (พาร์ทไทม์)</w:t>
      </w:r>
    </w:p>
    <w:p>
      <w:r>
        <w:t>• ลักษณะการทำงาน: ปฏิบัติงานอาทิตย์ละ 1 วัน</w:t>
        <w:br/>
        <w:t>• อัตราค่าจ้าง: ขั้นต่ำวันละ 500 บาท</w:t>
      </w:r>
    </w:p>
    <w:p>
      <w:pPr>
        <w:pStyle w:val="Heading2"/>
      </w:pPr>
      <w:r>
        <w:t>3. ตำแหน่ง แม่บ้าน (ทำความสะอาดบ้าน/สถานที่ - พาร์ทไทม์)</w:t>
      </w:r>
    </w:p>
    <w:p>
      <w:r>
        <w:t>• ลักษณะการทำงาน: ปฏิบัติงานประจำแต่ละบ้าน อาทิตย์ละ 1 วัน</w:t>
        <w:br/>
        <w:t>• อัตราค่าจ้าง: ขั้นต่ำวันละ 500 บาท</w:t>
      </w:r>
    </w:p>
    <w:p>
      <w:pPr>
        <w:pStyle w:val="Heading2"/>
      </w:pPr>
      <w:r>
        <w:t>4. ตำแหน่ง พนักงานฝ่ายผลิต</w:t>
      </w:r>
    </w:p>
    <w:p>
      <w:r>
        <w:t>• ลักษณะการทำงาน: ปฏิบัติงานด้านการผลิตของบริษัท</w:t>
        <w:br/>
        <w:t>• อัตราค่าจ้าง: ขั้นต่ำวันละ 500 บาท</w:t>
      </w:r>
    </w:p>
    <w:p>
      <w:pPr>
        <w:pStyle w:val="Heading2"/>
      </w:pPr>
      <w:r>
        <w:t>5. ตำแหน่ง เจ้าหน้าที่ดูแลและบำรุงรักษาภูมิทัศน์ / จัดสวน (พาร์ทไทม์)</w:t>
      </w:r>
    </w:p>
    <w:p>
      <w:r>
        <w:t>• ลักษณะการทำงาน: ดูแล ตัดแต่งกิ่งไม้ รดน้ำต้นไม้ และจัดการสวนหรือพื้นที่สีเขียวรอบอาคาร/สถานที่ ปฏิบัติงานอาทิตย์ละ 1 วัน</w:t>
        <w:br/>
        <w:t>• อัตราค่าจ้าง: ขั้นต่ำวันละ 500 บาท</w:t>
      </w:r>
    </w:p>
    <w:p>
      <w:pPr>
        <w:pStyle w:val="Heading2"/>
      </w:pPr>
      <w:r>
        <w:t>6. ตำแหน่ง เจ้าหน้าที่ทำความสะอาดและจัดระเบียบสำนักงาน (Office Cleaner &amp; Organizer - พาร์ทไทม์)</w:t>
      </w:r>
    </w:p>
    <w:p>
      <w:r>
        <w:t>• ลักษณะการทำงาน: ทำความสะอาดครั้งใหญ่ จัดเก็บเอกสารสำนักงาน เช็ดทำความสะอาดอุปกรณ์และเฟอร์นิเจอร์ภายในออฟฟิศ ปฏิบัติงานอาทิตย์ละ 1 วัน</w:t>
        <w:br/>
        <w:t>• อัตราค่าจ้าง: ขั้นต่ำวันละ 500 บาท</w:t>
      </w:r>
    </w:p>
    <w:p>
      <w:pPr>
        <w:pStyle w:val="Heading2"/>
      </w:pPr>
      <w:r>
        <w:t>7. ตำแหน่ง ผู้ช่วยงานธุรการและประสานงานทั่วไป (Administrative Assistant - พาร์ทไทม์)</w:t>
      </w:r>
    </w:p>
    <w:p>
      <w:r>
        <w:t>• ลักษณะการทำงาน: ช่วยจัดเตรียมเอกสาร คีย์ข้อมูลเข้าระบบ บันทึกบัญชีเบื้องต้น หรือประสานงานเอกสารทั่วไป ปฏิบัติงานอาทิตย์ละ 1 วัน</w:t>
        <w:br/>
        <w:t>• อัตราค่าจ้าง: ขั้นต่ำวันละ 500 บาท</w:t>
      </w:r>
    </w:p>
    <w:p>
      <w:pPr>
        <w:pStyle w:val="Heading2"/>
      </w:pPr>
      <w:r>
        <w:t>8. ตำแหน่ง เจ้าหน้าที่ฝ่ายซ่อมบำรุงเครื่องจักร (สามารถสื่อสารภาษาจีนได้)</w:t>
      </w:r>
    </w:p>
    <w:p>
      <w:r>
        <w:t>• ลักษณะการทำงาน: ตรวจสอบ ซ่อมบำรุง และดูแลรักษาเครื่องจักรของบริษัท พร้อมทั้งสามารถสื่อสารภาษาจีนในการประสานงานหรือดูแลงานที่เกี่ยวข้องได้</w:t>
        <w:br/>
        <w:t>• อัตราค่าจ้าง: ขั้นต่ำวันละ 500 บาท (หรือพิจารณาตามความสามารถและประสบการณ์เพิ่มเติม)</w:t>
      </w:r>
    </w:p>
    <w:p>
      <w:pPr>
        <w:pStyle w:val="Heading2"/>
      </w:pPr>
      <w:r>
        <w:t>เงื่อนไขการจ้างงานและสวัสดิการของบริษัท</w:t>
      </w:r>
    </w:p>
    <w:p>
      <w:r>
        <w:t>• พนักงานใหม่ทุกคนจะต้องผ่านการทดลองปฏิบัติงานเป็นระยะเวลา 90 วัน (3 เดือน) นับตั้งแต่วันที่เริ่มปฏิบัติงานจริง</w:t>
        <w:br/>
        <w:t>• เมื่อผ่านการทดลองงานและได้รับการบรรจุเป็นพนักงานประจำ จะได้รับสิทธิสวัสดิการตามระเบียบของบริษัท ได้แก่ โบนัสพิเศษ, รางวัลพิเศษ, ประกันอุบัติเหตุ และการเข้าสู่ระบบประกันสังคมตามกฎหมาย</w:t>
      </w:r>
    </w:p>
    <w:p>
      <w:r>
        <w:br/>
        <w:t>ท่านใดที่สนใจสามารถติดต่อสอบถามข้อมูลเพิ่มเติม หรือส่งประวัติการทำงาน (Resume) เข้ามาสมัครได้ที่ บริษัท โนวา เทอร์ร่า เอ็นเตอรส์ไพรส์ โฮลดิ้งส์ จำกัด (เลขที่ 99/32 หมู่ที่ 1 ตำบลท่าอิฐ อำเภอปากเกร็ด จังหวัดนนทบุรี) หรือติดต่อผ่านช่องทางของบริษัทได้เลยนะคะ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