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บริษัท โนวา เทอร์ร่า เอ็นเตอรส์ไพรส์ โฮลดิ้งส์ จำกัด</w:t>
      </w:r>
    </w:p>
    <w:p>
      <w:pPr>
        <w:jc w:val="center"/>
      </w:pPr>
      <w:r>
        <w:rPr>
          <w:sz w:val="22"/>
        </w:rPr>
        <w:t>สำนักงานแห่งใหญ่: เลขที่ 99/32 หมู่ที่ 1 ตำบลท่าอิฐ อำเภอปากเกร็ด จังหวัดนนทบุรี</w:t>
      </w:r>
    </w:p>
    <w:p/>
    <w:p>
      <w:pPr>
        <w:jc w:val="center"/>
      </w:pPr>
      <w:r>
        <w:rPr>
          <w:b/>
          <w:sz w:val="28"/>
        </w:rPr>
        <w:t>ใบสมัครงาน (Job Application Form)</w:t>
      </w:r>
    </w:p>
    <w:p>
      <w:r>
        <w:t>ตำแหน่งที่สมัคร: ________________________________________</w:t>
        <w:tab/>
        <w:tab/>
        <w:t>วันที่สมัคร: วันที่ ____ / ____ / ______</w:t>
      </w:r>
    </w:p>
    <w:p>
      <w:pPr>
        <w:pStyle w:val="Heading2"/>
      </w:pPr>
      <w:r>
        <w:t>1. ประวัติส่วนตัว (Personal Information)</w:t>
      </w:r>
    </w:p>
    <w:p>
      <w:r>
        <w:t>ชื่อ-นามสกุล (ภาษาไทย): __________________________________________________________________</w:t>
      </w:r>
    </w:p>
    <w:p>
      <w:r>
        <w:t>ชื่อ-นามสกุล (ภาษาอังกฤษ): _______________________________________________________________</w:t>
      </w:r>
    </w:p>
    <w:p>
      <w:r>
        <w:t>วัน/เดือน/ปีเกิด: ____/____/________  อายุ: _____ ปี  น้ำหนัก: _____ กก.  ส่วนสูง: _____ ซม.</w:t>
      </w:r>
    </w:p>
    <w:p>
      <w:r>
        <w:t>สัญชาติ: _______________</w:t>
      </w:r>
    </w:p>
    <w:p>
      <w:r>
        <w:t>สถานภาพทางครอบครัว:  [  ] โสด    [  ] สมรส    [  ] หม้าย/หย่าร้าง</w:t>
      </w:r>
    </w:p>
    <w:p>
      <w:r>
        <w:t>ที่อยู่ปัจจุบันที่สามารถติดต่อได้:</w:t>
        <w:br/>
        <w:t>เลขที่ _______ หมู่ที่ _____ ซอย ______________________ ถนน ______________________</w:t>
        <w:br/>
        <w:t>ตำบล/แขวง __________________ อำเภอ/เขต __________________ จังหวัด __________________ รหัสไปรษณีย์ _________</w:t>
      </w:r>
    </w:p>
    <w:p>
      <w:r>
        <w:t>เบอร์โทรศัพท์มือถือ: ______________________  E-mail: ____________________________________</w:t>
      </w:r>
    </w:p>
    <w:p>
      <w:r>
        <w:t>บุคคลที่สามารถติดต่อได้ในกรณีฉุกเฉิน:</w:t>
        <w:br/>
        <w:t>ชื่อ-นามสกุล __________________________________ ความสัมพันธ์ __________________ เบอร์โทรศัพท์ ______________________</w:t>
      </w:r>
    </w:p>
    <w:p>
      <w:pPr>
        <w:pStyle w:val="Heading2"/>
      </w:pPr>
      <w:r>
        <w:t>2. ประวัติการศึกษา (Educational Background)</w:t>
      </w:r>
    </w:p>
    <w:p>
      <w:r>
        <w:t>• ระดับประถมศึกษา: สถานศึกษา ________________________________________ วุฒิการศึกษา ____________ ปีที่จบ ________</w:t>
      </w:r>
    </w:p>
    <w:p>
      <w:r>
        <w:t>• ระดับมัธยมศึกษา / ปวช.: สถานศึกษา ________________________________________ วุฒิการศึกษา ____________ ปีที่จบ ________</w:t>
      </w:r>
    </w:p>
    <w:p>
      <w:r>
        <w:t>• ระดับปวส. / ปริญญาตรี: สถานศึกษา ________________________________________ สาขา ____________________ ปีที่จบ ________</w:t>
      </w:r>
    </w:p>
    <w:p>
      <w:pPr>
        <w:pStyle w:val="Heading2"/>
      </w:pPr>
      <w:r>
        <w:t>3. ประวัติการทำงาน (Work Experience - เริ่มจากงานล่าสุด)</w:t>
      </w:r>
    </w:p>
    <w:p>
      <w:r>
        <w:t>1. ชื่อบริษัท/สถานประกอบการ: ________________________________________________________________</w:t>
        <w:br/>
        <w:t xml:space="preserve">   • ตำแหน่ง: ______________________ ระยะเวลาทำงาน: จากเดือน ________ ปี ________ ถึง เดือน ________ ปี ________</w:t>
        <w:br/>
        <w:t xml:space="preserve">   • ค่าจ้าง/เงินเดือน: ______________________ เหตุผลที่ออก: ________________________________________</w:t>
      </w:r>
    </w:p>
    <w:p>
      <w:r>
        <w:t>2. ชื่อบริษัท/สถานประกอบการ: ________________________________________________________________</w:t>
        <w:br/>
        <w:t xml:space="preserve">   • ตำแหน่ง: ______________________ ระยะเวลาทำงาน: จากเดือน ________ ปี ________ ถึง เดือน ________ ปี ________</w:t>
        <w:br/>
        <w:t xml:space="preserve">   • ค่าจ้าง/เงินเดือน: ______________________ เหตุผลที่ออก: ________________________________________</w:t>
      </w:r>
    </w:p>
    <w:p>
      <w:pPr>
        <w:pStyle w:val="Heading2"/>
      </w:pPr>
      <w:r>
        <w:t>4. ความสามารถพิเศษและทักษะอื่นๆ (Skills &amp; Abilities)</w:t>
      </w:r>
    </w:p>
    <w:p>
      <w:r>
        <w:t>• การใช้คอมพิวเตอร์/โปรแกรม: [  ] ดี    [  ] ปานกลาง    [  ] พอใช้ (ระบุโปรแกรม: ___________________________________)</w:t>
      </w:r>
    </w:p>
    <w:p>
      <w:r>
        <w:t>• ทักษะทางภาษา:</w:t>
        <w:br/>
        <w:t xml:space="preserve">  - ภาษาไทย: พูด [  ] ดีมาก [  ] ดี / เขียน [  ] ดีมาก [  ] ดี</w:t>
        <w:br/>
        <w:t xml:space="preserve">  - ภาษาอื่นๆ (ระบุ): ________________________________________________________________</w:t>
      </w:r>
    </w:p>
    <w:p>
      <w:r>
        <w:t>• ความสามารถพิเศษอื่นๆ (เช่น ขับรถยนต์ มีใบขับขี่, งานช่าง, งานฝีมือ ฯลฯ):</w:t>
        <w:br/>
        <w:t xml:space="preserve">  __________________________________________________________________________________________________</w:t>
      </w:r>
    </w:p>
    <w:p>
      <w:pPr>
        <w:pStyle w:val="Heading2"/>
      </w:pPr>
      <w:r>
        <w:t>5. เงื่อนไขการจ้างงานและสวัสดิการของบริษัท (Employment Terms &amp; Conditions)</w:t>
      </w:r>
    </w:p>
    <w:p>
      <w:r>
        <w:t>• พนักงานใหม่ทุกคนจะต้องผ่านการทดลองปฏิบัติงานเป็นระยะเวลา 90 วัน (3 เดือน) นับตั้งแต่วันที่เริ่มปฏิบัติงานจริง</w:t>
        <w:br/>
        <w:t>• เมื่อผ่านการทดลองงานและได้รับการบรรจุเป็นพนักงานประจำ จะได้รับสิทธิสวัสดิการตามระเบียบของบริษัท ได้แก่ โบนัสพิเศษ, รางวัลพิเศษ, ประกันอุบัติเหตุ และการเข้าสู่ระบบประกันสังคมตามกฎหมาย</w:t>
      </w:r>
    </w:p>
    <w:p>
      <w:r>
        <w:br/>
        <w:t>คำรับรอง:</w:t>
        <w:br/>
        <w:t>ข้าพเจ้าขอรับรองว่าข้อความดังกล่าวทั้งหมดในใบสมัครนี้เป็นความจริงทุกประการ หากปรากฏว่าข้อความไม่เป็นความจริงหรือไม่ตรงกับความเป็นจริง ข้าพเจ้ายินยอมให้บริษัทเลิกจ้างได้โดยไม่ต้องจ่ายเงินชดเชยใดๆ ทั้งสิ้น</w:t>
        <w:br/>
        <w:br/>
        <w:br/>
        <w:br/>
        <w:t>ลงชื่อผู้สมัคร: ________________________________________ (____ / ____ / ____)</w:t>
      </w:r>
    </w:p>
    <w:p>
      <w:r>
        <w:br w:type="page"/>
      </w:r>
    </w:p>
    <w:p>
      <w:pPr>
        <w:jc w:val="center"/>
      </w:pPr>
      <w:r>
        <w:rPr>
          <w:b/>
          <w:sz w:val="28"/>
        </w:rPr>
        <w:t>ข้อกำหนดและเงื่อนไขการรับสวัสดิการและสิทธิประโยชน์ของพนักงาน</w:t>
        <w:br/>
        <w:t>บริษัท โนวา เทอร์ร่า เอ็นเตอรส์ไพรส์ โฮลดิ้งส์ จำกัด</w:t>
      </w:r>
    </w:p>
    <w:p/>
    <w:p>
      <w:r>
        <w:t>1. ระยะเวลาทดลองงาน</w:t>
        <w:br/>
        <w:t xml:space="preserve">   พนักงานใหม่ทุกคนจะต้องผ่านการทดลองปฏิบัติงานเป็นระยะเวลา 90 วัน (หรือ 3 เดือน) นับตั้งแต่วันที่เริ่มปฏิบัติงานจริง</w:t>
      </w:r>
    </w:p>
    <w:p>
      <w:r>
        <w:t>2. การประเมินผลการปฏิบัติงาน</w:t>
        <w:br/>
        <w:t xml:space="preserve">   เมื่อครบกำหนดระยะเวลาการทดลองงาน 90 วัน บริษัทจะดำเนินการประเมินผลการปฏิบัติงาน เพื่อพิจารณาบรรจุเป็นพนักงานประจำตามโครงสร้างของบริษัทต่อไป</w:t>
      </w:r>
    </w:p>
    <w:p>
      <w:r>
        <w:t>3. การรับสิทธิสวัสดิการของบริษัท</w:t>
        <w:br/>
        <w:t xml:space="preserve">   • เมื่อพนักงานผ่านการทดลองงานและได้รับการบรรจุเป็นพนักงานประจำเรียบร้อยแล้ว จะมีสิทธิ์ได้รับสิทธิ์สวัสดิการพิเศษต่างๆ ของบริษัท ได้แก่ โบนัสพิเศษในการทำงาน, รางวัลพิเศษในการทำงาน และระบบสวัสดิการประกันอุบัติเหตุของบริษัท</w:t>
        <w:br/>
        <w:t xml:space="preserve">   • ข้อสำคัญ: สำหรับ "ระบบประกันสังคม" บริษัทจะดำเนินการขึ้นทะเบียนและนำส่งเงินสมทบเข้าสู่ระบบประกันสังคมให้กับพนักงานอย่างเป็นทางการทันทีเมื่อครบกำหนดระยะเวลาทดลองงาน 90 วัน (หรือ 3 เดือน) ตามกฎระเบียบและนโยบายของบริษัท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